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BEE2E" w14:textId="77777777" w:rsidR="00154D97" w:rsidRDefault="00C051DF">
      <w:pPr>
        <w:pStyle w:val="Ttulo"/>
        <w:spacing w:after="200"/>
        <w:jc w:val="center"/>
      </w:pPr>
      <w:r>
        <w:rPr>
          <w:b/>
          <w:color w:val="000000"/>
          <w:sz w:val="24"/>
        </w:rPr>
        <w:t>ANEXO I - FORMULÁRIO DE INSCRIÇÃO</w:t>
      </w:r>
    </w:p>
    <w:p w14:paraId="26AD4077" w14:textId="77777777" w:rsidR="00154D97" w:rsidRDefault="00C051DF">
      <w:pPr>
        <w:spacing w:after="160"/>
        <w:jc w:val="center"/>
      </w:pPr>
      <w:r>
        <w:rPr>
          <w:sz w:val="24"/>
        </w:rPr>
        <w:t>Formulário de Inscrição para participação de processo seletivo para concessão de</w:t>
      </w:r>
      <w:r>
        <w:rPr>
          <w:sz w:val="24"/>
        </w:rPr>
        <w:br/>
        <w:t>afastamento para participação em Programa de Pós-Graduação stricto sensu e Ação de</w:t>
      </w:r>
      <w:r>
        <w:rPr>
          <w:sz w:val="24"/>
        </w:rPr>
        <w:br/>
        <w:t>Desenvolvimento em Serviço (ADS)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26"/>
        <w:gridCol w:w="4791"/>
      </w:tblGrid>
      <w:tr w:rsidR="00154D97" w14:paraId="078DAD33" w14:textId="77777777">
        <w:trPr>
          <w:cantSplit/>
          <w:jc w:val="center"/>
        </w:trPr>
        <w:tc>
          <w:tcPr>
            <w:tcW w:w="10517" w:type="dxa"/>
            <w:gridSpan w:val="2"/>
            <w:shd w:val="clear" w:color="auto" w:fill="4472C4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8EE255" w14:textId="77777777" w:rsidR="00154D97" w:rsidRDefault="00C051DF">
            <w:pPr>
              <w:jc w:val="center"/>
            </w:pPr>
            <w:r>
              <w:rPr>
                <w:b/>
                <w:color w:val="FFFFFF"/>
              </w:rPr>
              <w:t>DADOS</w:t>
            </w:r>
          </w:p>
        </w:tc>
      </w:tr>
      <w:tr w:rsidR="00154D97" w14:paraId="5AA6B5AA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3A3A98" w14:textId="77777777" w:rsidR="00154D97" w:rsidRDefault="00C051DF">
            <w:r>
              <w:t>Nome: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E6B47C" w14:textId="77777777" w:rsidR="00154D97" w:rsidRDefault="00C051DF">
            <w:r>
              <w:t>Idade:</w:t>
            </w:r>
          </w:p>
        </w:tc>
      </w:tr>
      <w:tr w:rsidR="00154D97" w14:paraId="5F0782F4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941293" w14:textId="77777777" w:rsidR="00154D97" w:rsidRDefault="00C051DF">
            <w:r>
              <w:t>SIAPE: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9966BE" w14:textId="77777777" w:rsidR="00154D97" w:rsidRDefault="00C051DF">
            <w:r>
              <w:t>Matrícula UFMG:</w:t>
            </w:r>
          </w:p>
        </w:tc>
      </w:tr>
      <w:tr w:rsidR="00154D97" w14:paraId="605527F4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37B544" w14:textId="77777777" w:rsidR="00154D97" w:rsidRDefault="00C051DF">
            <w:r>
              <w:t>Cargo efetivo: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31B762" w14:textId="77777777" w:rsidR="00154D97" w:rsidRDefault="00C051DF">
            <w:r>
              <w:t>E-mail:</w:t>
            </w:r>
          </w:p>
        </w:tc>
      </w:tr>
      <w:tr w:rsidR="00154D97" w14:paraId="708E66A4" w14:textId="77777777">
        <w:trPr>
          <w:cantSplit/>
          <w:jc w:val="center"/>
        </w:trPr>
        <w:tc>
          <w:tcPr>
            <w:tcW w:w="10517" w:type="dxa"/>
            <w:gridSpan w:val="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EAB77F" w14:textId="77777777" w:rsidR="00154D97" w:rsidRDefault="00C051DF">
            <w:r>
              <w:t>Telefone(s) para contato:</w:t>
            </w:r>
          </w:p>
        </w:tc>
      </w:tr>
      <w:tr w:rsidR="00154D97" w14:paraId="22417B23" w14:textId="77777777">
        <w:trPr>
          <w:cantSplit/>
          <w:jc w:val="center"/>
        </w:trPr>
        <w:tc>
          <w:tcPr>
            <w:tcW w:w="10517" w:type="dxa"/>
            <w:gridSpan w:val="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0483D0" w14:textId="77777777" w:rsidR="00154D97" w:rsidRDefault="00C051DF">
            <w:r>
              <w:t>Tempo de serviço, em anos e meses, NO CARGO¹ que ocupa na UFMG (Ex; 5 anos e 3 meses):</w:t>
            </w:r>
          </w:p>
        </w:tc>
      </w:tr>
      <w:tr w:rsidR="00154D97" w14:paraId="482FA795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1DA683" w14:textId="77777777" w:rsidR="00154D97" w:rsidRDefault="00C051DF">
            <w:r>
              <w:t>Qual o seu regime de trabalho?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89BD4B" w14:textId="77777777" w:rsidR="00154D97" w:rsidRDefault="00C051DF">
            <w:r>
              <w:t>(  ) 40 horas semanais;</w:t>
            </w:r>
            <w:r>
              <w:br/>
              <w:t xml:space="preserve">(  ) 30 horas </w:t>
            </w:r>
            <w:r>
              <w:t>semanais;</w:t>
            </w:r>
            <w:r>
              <w:br/>
              <w:t>(  ) 25 horas semanais;</w:t>
            </w:r>
            <w:r>
              <w:br/>
              <w:t>(  ) 20 horas semanais;</w:t>
            </w:r>
            <w:r>
              <w:br/>
              <w:t>(  ) Outro:___horas semanais.</w:t>
            </w:r>
          </w:p>
        </w:tc>
      </w:tr>
      <w:tr w:rsidR="00154D97" w14:paraId="30D4B9BA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3CE7F4" w14:textId="77777777" w:rsidR="00154D97" w:rsidRDefault="00C051DF">
            <w:r>
              <w:t>Qual a sua titulação atual?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9B59E7" w14:textId="77777777" w:rsidR="00154D97" w:rsidRDefault="00C051DF">
            <w:r>
              <w:t>(  ) graduado</w:t>
            </w:r>
            <w:r>
              <w:br/>
              <w:t>(  ) especialista</w:t>
            </w:r>
            <w:r>
              <w:br/>
              <w:t>(  ) mestre</w:t>
            </w:r>
            <w:r>
              <w:br/>
              <w:t>(  ) doutor</w:t>
            </w:r>
          </w:p>
        </w:tc>
      </w:tr>
      <w:tr w:rsidR="00154D97" w14:paraId="207B37F7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E5E0FF" w14:textId="77777777" w:rsidR="00154D97" w:rsidRDefault="00C051DF">
            <w:r>
              <w:t xml:space="preserve">Você já obteve Afastamento para participação em Programa de Pós-Graduação stricto </w:t>
            </w:r>
            <w:r>
              <w:t>sensu ou programa para participação em ADS?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F57AF7" w14:textId="77777777" w:rsidR="00154D97" w:rsidRDefault="00C051DF">
            <w:r>
              <w:t>(  ) Não</w:t>
            </w:r>
            <w:r>
              <w:br/>
              <w:t>(  ) Sim</w:t>
            </w:r>
            <w:r>
              <w:br/>
              <w:t>Se sim, qual o tempo em anos e meses, desde a concessão do último Afastamento ou ADS (Ex: 1 a e 2 m)? ___________</w:t>
            </w:r>
          </w:p>
        </w:tc>
      </w:tr>
      <w:tr w:rsidR="00154D97" w14:paraId="22BEBA0E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1EB74D" w14:textId="77777777" w:rsidR="00154D97" w:rsidRDefault="00C051DF">
            <w:r>
              <w:t>Correlação da ação de desenvolvimento pretendida com o ambiente organizacional: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6AE421" w14:textId="77777777" w:rsidR="00154D97" w:rsidRDefault="00C051DF">
            <w:r>
              <w:t>(  ) Direta</w:t>
            </w:r>
            <w:r>
              <w:br/>
              <w:t>(  ) Indireta</w:t>
            </w:r>
          </w:p>
        </w:tc>
      </w:tr>
      <w:tr w:rsidR="00154D97" w14:paraId="00F05410" w14:textId="77777777">
        <w:trPr>
          <w:cantSplit/>
          <w:jc w:val="center"/>
        </w:trPr>
        <w:tc>
          <w:tcPr>
            <w:tcW w:w="10517" w:type="dxa"/>
            <w:gridSpan w:val="2"/>
            <w:shd w:val="clear" w:color="auto" w:fill="4472C4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F46C6D" w14:textId="77777777" w:rsidR="00154D97" w:rsidRDefault="00C051DF">
            <w:pPr>
              <w:jc w:val="center"/>
            </w:pPr>
            <w:r>
              <w:rPr>
                <w:b/>
                <w:color w:val="FFFFFF"/>
              </w:rPr>
              <w:t>INTENÇÕES</w:t>
            </w:r>
          </w:p>
        </w:tc>
      </w:tr>
      <w:tr w:rsidR="00154D97" w14:paraId="771D2106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D5A1B6" w14:textId="77777777" w:rsidR="00154D97" w:rsidRDefault="00C051DF">
            <w:r>
              <w:t>Tipo de Ação pretendida: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A989EE" w14:textId="77777777" w:rsidR="00154D97" w:rsidRDefault="00C051DF">
            <w:r>
              <w:t>(  ) Afastamento</w:t>
            </w:r>
            <w:r>
              <w:br/>
              <w:t>(  ) Ação Desenvolvimento em Serviço - ADS</w:t>
            </w:r>
          </w:p>
        </w:tc>
      </w:tr>
      <w:tr w:rsidR="00154D97" w14:paraId="64C4BCEC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88D629" w14:textId="77777777" w:rsidR="00154D97" w:rsidRDefault="00C051DF">
            <w:r>
              <w:t>Prorrogação: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8C9F37" w14:textId="77777777" w:rsidR="00154D97" w:rsidRDefault="00C051DF">
            <w:r>
              <w:t>(  ) Não</w:t>
            </w:r>
            <w:r>
              <w:br/>
              <w:t>(  ) Sim - 1° prorrogação</w:t>
            </w:r>
            <w:r>
              <w:br/>
              <w:t>(  ) Sim - 2° prorrogação</w:t>
            </w:r>
            <w:r>
              <w:br/>
              <w:t>(  ) Sim - 3° prorrogação</w:t>
            </w:r>
          </w:p>
        </w:tc>
      </w:tr>
      <w:tr w:rsidR="00154D97" w14:paraId="281E90CD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908F8F" w14:textId="77777777" w:rsidR="00154D97" w:rsidRDefault="00C051DF">
            <w:r>
              <w:t xml:space="preserve">Período previsto para o </w:t>
            </w:r>
            <w:r>
              <w:t>desenvolvimento da Ação de Desenvolvimento pretendida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E05B62" w14:textId="5ED6E6D2" w:rsidR="00154D97" w:rsidRDefault="00C051DF">
            <w:proofErr w:type="spellStart"/>
            <w:r>
              <w:t>Inicio</w:t>
            </w:r>
            <w:proofErr w:type="spellEnd"/>
            <w:r>
              <w:t>: ____/_____/2027</w:t>
            </w:r>
            <w:r>
              <w:t xml:space="preserve"> </w:t>
            </w:r>
            <w:proofErr w:type="spellStart"/>
            <w:proofErr w:type="gramStart"/>
            <w:r>
              <w:t>Fim</w:t>
            </w:r>
            <w:proofErr w:type="spellEnd"/>
            <w:r>
              <w:t>:_</w:t>
            </w:r>
            <w:proofErr w:type="gramEnd"/>
            <w:r>
              <w:t>___/______/2027</w:t>
            </w:r>
          </w:p>
        </w:tc>
      </w:tr>
      <w:tr w:rsidR="00154D97" w14:paraId="26998920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A5C5EA" w14:textId="77777777" w:rsidR="00154D97" w:rsidRDefault="00C051DF">
            <w:r>
              <w:t>Titulação objeto da solicitação (Ex: mestrado, doutorado, pós doc) / Carga Horária prevista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A679BF" w14:textId="77777777" w:rsidR="00154D97" w:rsidRDefault="00C051DF">
            <w:r>
              <w:t>Titulação: _______________  Carga Horária: ________</w:t>
            </w:r>
          </w:p>
        </w:tc>
      </w:tr>
      <w:tr w:rsidR="00154D97" w14:paraId="03A8FF76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2E6A76" w14:textId="77777777" w:rsidR="00154D97" w:rsidRDefault="00C051DF">
            <w:r>
              <w:t>Resultado da última Avaliação de Desempenho (0 a 100)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B728E6" w14:textId="77777777" w:rsidR="00154D97" w:rsidRDefault="00154D97"/>
        </w:tc>
      </w:tr>
      <w:tr w:rsidR="00154D97" w14:paraId="3644F378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5D07BF" w14:textId="77777777" w:rsidR="00154D97" w:rsidRDefault="00C051DF">
            <w:r>
              <w:t>Modalidade da Ação de Desenvolvimento pretendida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FECE80" w14:textId="77777777" w:rsidR="00154D97" w:rsidRDefault="00C051DF">
            <w:r>
              <w:t>(  ) Presencial em local distante acima mais de 150 (cento e cinquenta) km do local de lotação</w:t>
            </w:r>
            <w:r>
              <w:br/>
              <w:t>(  ) Presencial em local distante até 150 (cento e cinqu</w:t>
            </w:r>
            <w:r>
              <w:t>enta) km do local de lotação</w:t>
            </w:r>
            <w:r>
              <w:br/>
              <w:t>(  ) Semipresencial;</w:t>
            </w:r>
            <w:r>
              <w:br/>
              <w:t>(  ) À distância.</w:t>
            </w:r>
          </w:p>
        </w:tc>
      </w:tr>
      <w:tr w:rsidR="00154D97" w14:paraId="2AFEE47B" w14:textId="77777777">
        <w:trPr>
          <w:cantSplit/>
          <w:jc w:val="center"/>
        </w:trPr>
        <w:tc>
          <w:tcPr>
            <w:tcW w:w="57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3D1CD0" w14:textId="77777777" w:rsidR="00154D97" w:rsidRDefault="00C051DF">
            <w:r>
              <w:t>Cidade onde pretende realizar a ação de desenvolvimento</w:t>
            </w:r>
          </w:p>
        </w:tc>
        <w:tc>
          <w:tcPr>
            <w:tcW w:w="47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86FF59" w14:textId="77777777" w:rsidR="00154D97" w:rsidRDefault="00154D97"/>
        </w:tc>
      </w:tr>
    </w:tbl>
    <w:p w14:paraId="0F9012C9" w14:textId="77777777" w:rsidR="00154D97" w:rsidRDefault="00C051DF">
      <w:pPr>
        <w:spacing w:before="160"/>
        <w:jc w:val="center"/>
      </w:pPr>
      <w:r>
        <w:t>¹ Informar o tempo de serviço no atual cargo que ocupa. Não se trata do tempo total de universidade.</w:t>
      </w:r>
    </w:p>
    <w:p w14:paraId="252D632A" w14:textId="77777777" w:rsidR="00154D97" w:rsidRDefault="00C051DF">
      <w:r>
        <w:br w:type="page"/>
      </w:r>
    </w:p>
    <w:p w14:paraId="59421A4C" w14:textId="77777777" w:rsidR="00154D97" w:rsidRDefault="00C051DF">
      <w:pPr>
        <w:spacing w:after="760"/>
      </w:pPr>
      <w:r>
        <w:lastRenderedPageBreak/>
        <w:t xml:space="preserve">Declaro serem verdadeiras </w:t>
      </w:r>
      <w:r>
        <w:t>as informações prestadas no presente documento.</w:t>
      </w:r>
    </w:p>
    <w:p w14:paraId="57F7BFDB" w14:textId="77777777" w:rsidR="00154D97" w:rsidRDefault="00C051DF">
      <w:pPr>
        <w:spacing w:after="760"/>
        <w:jc w:val="center"/>
      </w:pPr>
      <w:r>
        <w:t>Belo Horizonte, _____ de ______________ de 2025</w:t>
      </w:r>
    </w:p>
    <w:p w14:paraId="56882420" w14:textId="77777777" w:rsidR="00154D97" w:rsidRDefault="00C051DF">
      <w:pPr>
        <w:spacing w:after="240"/>
        <w:jc w:val="center"/>
      </w:pPr>
      <w:r>
        <w:t>______________________________________________</w:t>
      </w:r>
    </w:p>
    <w:p w14:paraId="3FDECB39" w14:textId="77777777" w:rsidR="00154D97" w:rsidRDefault="00C051DF">
      <w:pPr>
        <w:jc w:val="center"/>
      </w:pPr>
      <w:r>
        <w:t>ASSINATURA DO INTERESSASO</w:t>
      </w:r>
    </w:p>
    <w:sectPr w:rsidR="00154D97" w:rsidSect="00034616">
      <w:pgSz w:w="11906" w:h="16838"/>
      <w:pgMar w:top="1417" w:right="482" w:bottom="113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4D97"/>
    <w:rsid w:val="0029639D"/>
    <w:rsid w:val="00326F90"/>
    <w:rsid w:val="00AA1D8D"/>
    <w:rsid w:val="00B47730"/>
    <w:rsid w:val="00C051D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A0E65"/>
  <w14:defaultImageDpi w14:val="300"/>
  <w15:docId w15:val="{B9B60C7F-1BD7-46BC-90C7-63D8E30E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Braga Casali</cp:lastModifiedBy>
  <cp:revision>2</cp:revision>
  <dcterms:created xsi:type="dcterms:W3CDTF">2013-12-23T23:15:00Z</dcterms:created>
  <dcterms:modified xsi:type="dcterms:W3CDTF">2026-10-07T14:10:00Z</dcterms:modified>
  <cp:category/>
</cp:coreProperties>
</file>